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פריסה שנתית למורשת לפי שכבות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העוגן של כל שכבת גיל במורשת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ההתקדמות מהמשפחה אל העם ואל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נושא עוגן, יחידה משולבת וחנ״מ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עקרונות הפריסה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נושא מרכזי שמלווה חודש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לחסוך כפילויות בין תחומי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כהצעה שאפשר להתאים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כיתה והנושא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(אני, המשפחה שלי והבית)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(ממשפחה לקהילה ולעם)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(היישוב שלי והקהילה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(קהילות ומסעות – הגעגוע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(ציון וירושלים, זהות וערכים)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נושא העוגן של כיתה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הנושא של כיתה ג׳, לא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בפריסה לכיתות ז׳-ט׳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נושא העוגן של חנ״מ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ערכיות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הכיתות לפי ההתקדמות מהמשפחה אל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כיתה א׳ – אני, המשפחה והבית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כיתה ב׳ – ממשפחה לקהילה ולעם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כיתה ג׳ – היישוב והקהילה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כיתה ד׳ – קהילות ומסעות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כיתה ו׳ – ציון וירושלים, זהות וערכים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כיתה א׳ מתמקדת במשפחה ובבית, כיתה ו׳ מתמקדת בזהות לאומית בירושלים ובציון – התקדמות מהפרטי אל הכללי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נושא מורשת ותחום דעת נוסף (למשל גאוגרפיה, שפה, אמנות) ברעיון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מרכזי של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בכפילויות בין 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כיתה 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מראש את רשימת הכיתות ולבקש מהתלמידים לנחש את הנושא לפני חשיפת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הסידור (order) לדיון על התפתחות הזהות מהפרטי אל הלאומי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הפתוחה אפשר לאפשר עבודה בזוגות כדי להעשיר רעיונות לשילוב בין תחומים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פריסה שנתית למורשת לפי שכבות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דף שמראה איזה נושא לומדים בכל כיתה במורשת, כל חודש. בתרגיל נבדוק אם הכרתם את הנושאים.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פריסה שנתית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שמראה מה לומדים בכל חודש לאורך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עוגן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המרכזי של חודש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 משולבת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שמחבר בין כמה תחומי דעת כדי לחסוך כפילויות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ימים מיוחדים שקשורים לנושא הנלמד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– לומדים מורשת בדרך מוחשית וחושית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תחומי דעת סמוכים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מקצועות אחרים שקשורים לנושא הנלמד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 ערכית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שיש בה יותר מתשובה נכונה אחת, ודורשת שיקול דעת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עקרונות הפריסה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שיעורים יש בערך בכל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'נושא עוגן'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מרכזי שמלווה חודש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סיום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מסוים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מחברים בין מקצועות?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לבטל שיעורי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לחסוך כפילויות בין תחומי 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מקצוע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ימי המורשת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חייבים ללמוד בדיוק בסדר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כמסלול חובה שאסור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כהצעה שאפשר להתאים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כחוק משרדי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כסדר שמתאים רק לכיתה א׳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כיתה והנושא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כיתה א׳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קהילות ומסעות – הגעגוע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כיתה ב׳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ציון וירושלים, זהות וערכים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כיתה 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אני, המשפחה שלי והבית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כיתה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ממשפחה לקהילה ולעם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כיתה 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היישוב שלי והקהילה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ב׳ עוסקים בשורשים, בזהות ובסיפורי התנ״ך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ד׳ הנושא המרכזי הוא היישוב המקומי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ז׳–ט׳ יש פרויקט שורשים ועיון במקורות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חנ״מ עוסק במורשת דרך חושים וטקסים קבועים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בכיתה א׳ עוסקים ב__________, במשפחה ובבית דרך מעגל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ג׳ הנושא המרכזי הוא היישוב שלי ו__________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בכיתה ה׳ מכירים דמויות __________ מן העבר ומרכזי 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בכיתות ז׳–ט׳ יש עיון במקורות ודילמות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הכיתות לפי ההתקדמות מהמשפחה אל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כיתה ב׳ – ממשפחה לקהילה ולעם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כיתה ו׳ – ציון וירושלים, זהות וערכים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כיתה א׳ – אני, המשפחה והבית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כיתה ג׳ – היישוב והקהילה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כיתה ד׳ – קהילות ומסעות לארץ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נושא העוגן של כיתה א׳ לנושא העוגן של כיתה ו׳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ליחידה משולבת אחת שתתאים לנושא העוגן של הכיתה שלכם, ותסבירו איזה תחום דעת היא מחברת למורשת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נושא עוגן?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יחידה משולבת?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כיתה לומדים על ציון וירושלים?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פריסה שנתית למורשת לפי שכבות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